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Install a Water Heater: A Step-by-Step Replacement Guide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materials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Diagnose the issue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water heater with a visible puddle of water on the floor, a warning label, and a tool bag nearby.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Record your water heater's specifications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water heater data label showing model, serial number, wattage, voltage, and capacity, with warning and caution labels also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Check your home's water pressure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pressure gauge showing PSI readings, with the needle pointing above 80.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Install an inline pressure gauge and thermal expansion tank (recommended)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of a cold supply line with an inline pressure gauge and a blue thermal expansion tank, with an instructional note to turn off the water before installing the pressure-reducing valve and expansion tank.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Select and prepare the expansion tank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blue expansion tank with a clear label, placed in a utility room, with a note to check the manufacturer's instructions for size recommendations.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Install the expansion tank with push-fit fittings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installing a push-fit fitting onto a blue expansion tank.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Solder the expansion tank fittings (optional alternative)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holding a copper pipe with soldering paste applied, preparing for soldering.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Set the expansion tank pressure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using a hand air pump to adjust the pressure of a blue expansion tank installed above.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Turn off power to the water heater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open electrical panel with circuit breakers and a label chart.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Verify power is off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using a voltage detector to check wires at the top of a water heater, with multiple wires and wire nuts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Shut off the cold water supply and drain the tank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kneeling next to a water heater, attaching a green garden hose to the drain valve, with a red bucket nearby and a warning label visible on the heater.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Remove the discharge pipe from the T&amp;P relief valve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unscrewing the discharge pipe from the T&amp;P relief valve at the top of the water heater, with several flexible water supply lines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Disconnect the water supply pipes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Remove the old water heater tank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water heater tank being moved with a red hand truck, tilted and being transported out of the utility area.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Set the new tank in place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Install the T&amp;P relief valve and discharge pipe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new water heater with a T&amp;P relief valve installed and a warning label about explosion risk.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positioning a copper discharge pipe into a bucket under the T&amp;P relief valve of a new water heater.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Prepare the flexible hose kit for water connections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flexible hose kit for water heaters, including two corrugated hoses, two heat trap nipples, two brass connectors, and a roll of plumber's tape.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Apply plumber's tape and attach hoses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flexible hose kit showing the plumber's tape and connectors, with the top of the new water heater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19: Install dielectric fittings (if required)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20: Connect hoses to the water supply pipes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a flexible hose up to a copper water supply pipe above the new water heater, marking the pipe for cutting, with both hot and cold lines visible.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marking a copper pipe above a new water heater in preparation for cutting, with flexible hoses already attached to the heater.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21: Install seismic straps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water heater tank secured to a wall with two seismic straps and wooden backing for support.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22: Remove the aerator from the nearest faucet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23: Purge air and fill the tank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water heater installed in a utility room with copper pipes connected, a yellow warning tag, and an EnergyGuide label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Warning message about heating element damage if the tank is not full, shown next to the installed water heater with copper piping and EnergyGuide label.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24: Connect the electrical wiring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connecting electrical wires at the top of a water heater using wire connectors, with the junction box cover open and a screwdriver nearby.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25: Restore power and test operation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water heater installation manual, open to the steps for installing the new water heater and connecting the T&amp;P relief valve and discharge pipe.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26: Wait for the water to heat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27: Check the discharge pipe and water pressure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pressure gauge attached to plumbing, reading just below 80 PSI.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28: Clean faucet aerators if needed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chrome bathroom faucet on a granite countertop, with a flower vase and candle nearby.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blue screen with a "SUBSCRIBE NOW" button, a preview image of a person installing a pedestal sink, and the text "NEXT: HOW TO INSTALL A PEDESTAL SINK." Informational disclaimer and copyright notice at the bottom.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blue screen with a "SUBSCRIBE NOW" button, a preview image of a completed pedestal sink in a bathroom, and the text "NEXT: HOW TO INSTALL A PEDESTAL SINK." Informational disclaimer and copyright notice at the bottom.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