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Soap With a Pressure Washer: BE Power Washer Soap Injector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next to a BE Power Washer, attaching the black soaper tip to the end of the spray wand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yellow shirt standing next to the BE Power Washer and Jeep, waving and providing closing remarks. The BE Power Equipment logo is visible on the shirt.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crouched next to a BE Power Washer, holding the soap injector line and inspecting the screen at the end, with a black Jeep and cleaning solution nearby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Perform a pre-use fluid inspection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Identify your soap injector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Inspect and clean the soap injector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Prepare your soap solution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Insert the soap injector hose into the solution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Select and attach the correct soap nozzle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Start the power washer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Begin cleaning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Rinse the surface from top to bottom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yellow shirt rinsing the upper part of a black Jeep Wrangler with a BE Power Washer. Water spray is visible on the vehicle.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Continue rinsing until soap is cleared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in a yellow shirt standing next to a black Jeep Wrangler and a BE Power Washer, preparing to rinse the vehicle, with soap solution and equipment visible in the foreground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continues rinsing the Jeep, with mostly water coming out of the wand.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Confirm clean water flow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spray wand rinsing soap off the side of the Jeep, with suds and water droplets visible on the vehicle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Move the soap injector hose to a clean water bucket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in a yellow shirt rinsing the Jeep, with water and soap running off the vehicle surface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continues rinsing the Jeep, with mostly water coming out of the wand.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Turn the unit on to begin flushing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Flush the line until clean water runs through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a yellow shirt standing next to the BE Power Washer, with the soap injector hose placed in a clean bucket of water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Turn off the power washer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in a yellow shirt holding the spray wand next to the BE Power Washer and black Jeep Wrangler, with the soap injector hose in a clean bucket of water during the flushing process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a yellow shirt turning off the BE Power Washer, holding the spray wand next to the black Jeep Wrangler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a yellow shirt moving the soap injector hose from the soap solution bucket to a clean bucket of water, both buckets visible next to the BE Power Washer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Support and further assistance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 Power Equipment logo and website (bepowerequipment.com) displayed on a plain background, marking the end of the video.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