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Measuring Voltage, Resistance, and Current with a Digital Multimeter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metal pointer indicates the 2V setting on the DC voltage scale of the multimeter dial.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using a screwdriver to point at current measurement settings on the multimeter dial.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Multimeter connected to a wire harness, with a finger pointing to a section of the wire showing possible damage.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1: Measuring DC voltage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multimeter dial, showing the DC voltage section (V⎓) and the ON/OFF switch.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digital multimeter (CEN-TECH P37772) shown on a white background, with the dial centered and all input ports and labels clearly visible.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multimeter display shows 1.5, with the black lead on the negative end and the red lead on the positive end of an AA battery.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2: Measuring AC voltage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~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digital multimeter displays 1.614, with the black test lead on the positive terminal and the red test lead on the negative terminal of an AA battery, showing a reversed connection.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dial set to 2V in the DC voltage section (V⎓).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digital multimeter with both test leads inserted, display reading 0.00, shown against a clean white background with a small tool visible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multimeter dial, with a metal pointer indicating the AC voltage section (V~) at the 200V setting.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digital multimeter set to the 200V AC range, with a hand holding a metal pointer and the display reading 0.00. Large yellow text reads "*110/120 Volts".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kneels in front of a wall outlet, holding a multimeter with test leads plugged in and ready for use, in a workshop with a green door and white wall.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wall socket with the black test lead inserted into the larger neutral slot; the multimeter displays 0.00 AC volts.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wall socket with the black test lead in the neutral slot and the red test lead about to be inserted into the hot slot; the multimeter displays 0.00 AC volts.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wall socket with the black test lead inserted into the ground slot; the multimeter displays 0.00 AC volts.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3: Measuring resistance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digital multimeter (CEN-TECH P37772) with black and red test leads connected to the COM and V/Ω/Hz ports, dial set to the resistance section, on a clean white background.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the black test lead near the COM port, showing where to insert it.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multimeter dial being set to the 20kΩ range, with a metal pointer indicating the selection and the Ω symbol and resistance ranges clearly visible.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multimeter display shows 9.87, indicating the measured resistance in kilo-ohms (kΩ), with the test leads connected to a spark plug wire and both hands holding the wire and probe.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4: Testing for continuity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attaching test leads to wire ends and connector pins, with the multimeter display showing a measurement.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5: Testing resistance in wires and connectors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multimeter with test leads connected to a spark plug wire using alligator clips; the display shows "1", indicating an open circuit or out-of-range measurement, with both hands holding the wire.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Multimeter set to resistance mode, rotary dial pointing to the Ω section, test leads unchanged.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Multimeter with test leads connected, wires and connectors visible on the right side.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Multimeter and wire harness with no visible power source connected, safe for resistance testing.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6: Measuring current (amps)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points to the multimeter dial, highlighting the available measurement options.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multimeter ports, with a hand holding the red test lead near the current measurement ports.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~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~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Multimeter with text "200 mA = 0.2 Amps", with a screwdriver pointing to the mA port.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7: Measuring high current (up to 20 amps)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⎓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*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at the current measurement setting on the multimeter, ready to measure the current draw of a light bulb.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Multimeter and test leads connected to a wire harness with multiple connectors, suitable for various circuit sizes.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black test lead is inserted into COM, and the red test lead is about to be inserted into V/Ω/Hz.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Multimeter dial set to 20A DC Amps, with a screwdriver pointing at the setting and clear label and port markings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Battery in the background, multimeter centered, red and black test leads connected, and a positive wire with an alligator clip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Multimeter with test leads connected, additional wires, and a small device such as a bulb ready for series connection.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multimeter ports, with the red lead in 20A MAX and the black lead in COM, and a screwdriver pointing at the ports.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four video thumbnails for relay testing, ignition coil pack testing, alternator testing, and throttle position sensor testing, each featuring a multimeter in use.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four video thumbnails, each showing a different automotive test with a multimeter, including wiring diagrams and close-ups of engine components.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workshop holds a multimeter, with a Duralast car battery and various wires visible on the workbench.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four video thumbnails showing multimeter use on relays, ignition coil packs, alternators, and throttle position sensors, with close-ups of readings and probe placement.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