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Test a Capacitor With a Multimeter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Outdoor central air conditioning unit next to a wall, a typical location for a capacitor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RepairClinic logo and slogan "We make fixing things easy"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Outdoor air conditioner and indoor furnace, both common examples of equipment that use capacitors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Analog ohm meter showing needle movement during a dual capacitor test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Recognize typical capacitor applications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with "RepairClinic", slogan "We make fixing things easy", and "Capacitor Testing"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signs of capacitor failure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Top view of an outdoor air conditioning unit, showing where the capacitor is located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a visibly bulging and damaged capacitor, with label and terminals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Prepare to test the capacitor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Split image: an analog ohm meter connected to a capacitor on top, and a digital capacitor tester displaying "0046" on the bottom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Analog ohm meter with dial set, red and black probes attached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Discharge the capacitor safely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using an insulated screwdriver to discharge a capacitor, with a "SHOCK" warning icon visible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Set the range on the ohm 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analog ohm meter, showing the needle and adjustment dial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Calibrate the ohm meter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Test a single capacitor for resistance behavior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 image: a hand holding a probe near the capacitor terminals on the left, and the ohm meter showing needle deflection on the right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Analog ohm meter with the needle at zero, indicating a failed capacitor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Test a dual (run) capacitor for resistance behavior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dual capacitor terminals, clearly labeled "C" and "FAN"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Dual capacitor with visible terminal labels and manufacturer sticker, ready for probe placement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Check the capacitor for a short to ground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Dual capacitor connected to an ohm meter with test leads, hand holding a probe near the terminals, ready to check for a short to ground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analog ohm meter, needle at zero indicating continuity and a short to 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Prepare to test the capacitance rating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µ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labeled "Capacitance Rating Microfarads" with a capacitor graphic, blue fill indicating stored charge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Measure the microfarad rating of a single capacitor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a single capacitor labeled "7.5 MFD 370 VAC", showing the microfarad rating clearly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labeled "Capacitance Rating Microfarads" with a capacitor graphic, emphasizing the unit of measurement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Measure the microfarad rating of a dual (run) capacitor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dual capacitor label showing "45uf 5uf" ratings, with a probe pointing at the values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Capacitor connected to a Supco MFD10 capacitor tester, probes attached to terminals, ready to measure capacitance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Interpret the capacitance test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Analog ohm meter (Commercial Electric M1015B) showing needle movement during a capacitor test, with "GOOD" and "REPLACE" zones marked on the scale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Dual capacitor connected to a Supco MFD10 tester, display showing "0046" (46 microfarads), hand pressing the test button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Supco MFD10 tester display showing a low reading of "0.753", indicating a failed capacitor section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