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Preventive Maintenance Checklist for GMP Trucking Fleet Trucks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Several red GMP semi-trucks and a white service truck parked at a lot with a fuel station canopy, with "Greer, SC" text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Prepare the truck for inspection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Inspect the engine compartment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Inspect brakes, steering, and frame components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Inspect exterior and safety equipment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Test lights and trailer connections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Perform the undercarriage inspection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Inspect wheels, brake chambers, and locate the oil drain plug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Remove the oil drain plug and prepare oil filter tools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Drain the oil filter and check hub oil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Check the differential fluid level and gather replacement parts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Install the new oil filter and complete the oil change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Verification: Complete the preventive maintenance checklist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G&amp;P Trucking Company, Inc. logo and "Scheduled Preventative Maintenance" title screen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Technician standing in front of the truck, explaining the final inspection process. The truck and maintenance area are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Technician in front of the truck, confirming that all fluids are at the correct levels. The truck and maintenance area are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Technician in front of the truck with the hood open, summarizing the PM process. The maintenance bay and equipment are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Red and black graphic background with the text "Thanks for Watching" in script font.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Red and black graphic background with a red arrow and the word "SUBSCRIBE" in bold white letters.</w:t>
      </w:r>
    </w:p>
    <w:p>
      <w:pPr/>
      <w:r>
        <w:br w:type="page"/>
      </w:r>
    </w:p>
    <w:sectPr w:rsidR="00FC693F" w:rsidRPr="0006063C" w:rsidSect="00034616">
      <w:headerReference w:type="default" r:id="rId50"/>
      <w:footerReference w:type="default" r:id="rId5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header" Target="header1.xm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