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HVAC Preventive Maintenance Checklist: Complete Rooftop Unit Procedure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Technician standing beside the HVAC unit, addressing the camera, wearing safety glasses and gloves, with company branding visible on the shirt.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Black screen with white text reading "THE END".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 and PPE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Technician removing an old air filter from the HVAC unit, with new filters ready for installation.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Prepare for maintenance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Verify power to the unit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Technician spraying water directly onto the coil inside the HVAC unit, with internal copper piping and the compressor visible.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De-energize the unit for safety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Wash out the coil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Technician standing next to an HVAC unit on a rooftop with a multimeter and tool bag on the unit; the access panel is open, exposing internal components.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Check for water intrusion risks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Technician kneeling by the open coil compartment, holding a water hose and preparing to clean the coil.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Clean the coil methodically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Technician kneeling by the open HVAC unit, pointing to the fuse compartment with the multimeter hanging nearby.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7: Inspect all electrical wiring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Technician inspecting and tightening wire lugs on contactors inside the HVAC unit's electrical compartment, with a multimeter clipped to the unit.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8: Check and tighten capacitor connections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Technician closely inspecting the contactors inside the HVAC unit for signs of pitting or wear, with the electrical compartment open.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9: Secure connections on contactors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10: Inspect contactors for wear or pitting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Technician using a screwdriver to check and tighten connections on a capacitor inside the open electrical compartment, with multiple colored wires, circuit boards, and a multimeter visible.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11: Document the condition of electrical components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12: Test the condenser fan motor capacitor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μ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±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μ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μ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μ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μ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Technician using a multimeter set to microfarads to test the capacitor inside the open electrical compartment.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13: Inspect the blower housing, pulley, and bearings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Technician inspecting the blower housing and pulley inside the HVAC unit, checking for wear, alignment, and bearing condition.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14: Reinstall the pulley and adjust belt tension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Technician holding the drive belt and preparing to reinstall it onto the blower pulley, with the pulley and belt path clearly visible.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15: Check the economizer, if present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Technician standing next to the HVAC unit on a rooftop with the access panels open, explaining the economizer function and inspection.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16: Verify economizer functionality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Technician standing on a rooftop next to an open HVAC unit, pointing at the unit while discussing economizer functionality, with internal components and specification labels visible.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17: Approach the unit for filter and drain maintenance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Technician standing next to an open rooftop HVAC unit, with tools and warning labels visible.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18: Inspect the air filters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Technician kneeling by the open HVAC unit, reaching inside to inspect air filters, with new replacement filters stacked on top of the unit.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19: Remove the old air filters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20: Install new air filters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Technician working inside the HVAC unit, with a used filter on the ground and new filters on top.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21: Flush the drain pan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22: Install drain pan tablets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Technician reaching inside the HVAC unit to check or clean the drain pan.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23: Clear the drain lines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Technician at the HVAC unit, preparing to clear the drain lines.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24: Confirm filter installation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Technician referencing the compressor and electrical connections, preparing to check amp draws.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25: Attach gauges and inspect refrigerant lines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Technician inspecting refrigerant lines and gauges inside the HVAC unit, ensuring connections are tight.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26: Check fittings and connections for leaks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Technician inspecting the compressor area and fittings for leaks and tightness.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27: Check amp draw with the unit running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28: Observe overall system operation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29: Energize the unit for electrical testing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30: Prepare to check amperage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31: Open the electrical compartment for amperage testing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Technician standing next to an energized rooftop HVAC unit, with pressure gauges attached and safety gear on.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32: Measure the compressor amperage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33: Measure the blower motor amperage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Technician reaching into the electrical compartment to measure condenser fan motor amperage.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34: Check the condenser fan motor amperage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Technician confirming the condenser fan motor amperage reading inside the open electrical compartment.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35: Record the condenser fan motor amperage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Technician using a clamp meter inside the open electrical compartment, preparing to check compressor amperage.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36: Decide on component replacement if necessary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Technician holding a clamp meter, explaining blower motor amperage readings inside the open electrical compartment.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Technician explaining the need to replace the capacitor, holding a clamp meter inside the open electrical compartment.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37: Measure the supply air temperature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38: Measure the return air temperature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°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39: Calculate the temperature differential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°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°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Δ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°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−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°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°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Technician measuring supply vent temperature at the labeled panel of the HVAC unit.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Technician measuring return air temperature at the return section of the HVAC unit, thermometer in hand.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40: Restore power to the unit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Technician standing next to a rooftop HVAC unit with one hand near the electrical disconnect box, preparing to restore power.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 and 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Technician inspecting refrigerant lines and the compressor area for leaks and proper operation.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31"/>
      <w:footerReference w:type="default" r:id="rId3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Relationship Id="rId30" Type="http://schemas.openxmlformats.org/officeDocument/2006/relationships/image" Target="media/image22.jpg"/><Relationship Id="rId31" Type="http://schemas.openxmlformats.org/officeDocument/2006/relationships/header" Target="header1.xml"/><Relationship Id="rId3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