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Drain a Water Heater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next to water heater, drain valve closed, tank refilled, maintenance area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Blue screen with "THANKS FOR WATCHING!" and "CHECK OUT THESE VIDEOS:" text, Morgan Inspection Services branding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Blue screen with "THANKS FOR WATCHING!" and "CHECK OUT THESE VIDEOS:" text, Morgan Inspection Services branding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Turn off power to the water heater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Electrical breaker panel with handwritten labels showing the location of the water heater breaker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Locate the drain valve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bottom of a water heater showing the brass drain valve and surrounding area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Attach a hose to the drain valve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Garden hose securely attached to the water heater drain valve, ready for draining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Select a draining method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explaining the draining process next to the water heater, with hose attached and water draining.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Begin the initial drain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kneeling next to the water heater, monitoring the hose connection at the drain valve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Shut off the cold water supply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next to a water heater, preparing to shut off the cold water supply valve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Prevent vacuum formation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temperature and pressure relief valve on the side of the water heater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Open the drain valve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Water heater with hose attached, showing text guidance that some valves need multiple turns to fully open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Monitor the draining flow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Water heater with hose attached and water draining, no person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Watch for sediment buildup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kneeling next to the water heater, monitoring the draining process and checking for sediment buildup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Restore flow if draining stops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demonstrating how to restore flow by briefly turning the cold water supply valve back 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Repeat flushing to remove remaining sediment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Water heater with hose attached, draining after a repeated flush, no person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Complete the draining process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Water heater draining with hose attached, with a text overlay indicating that 20 minutes have passed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Inspect the sediment discharge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Concrete surface with scattered dark sediment particles and a thin layer of water, showing sediment flushed from the water heater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Confirm the tank has finished draining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Blue screen with "THANKS FOR WATCHING!" and "CHECK OUT THESE VIDEOS:" text, Morgan Inspection Services branding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16. Close the drain valve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reaching to close the brass drain valve on the water heater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17. Leave a hot water faucet open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18. Allow the water heater to refill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Hot water faucet running in a bathroom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19. Inspect for leaks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Hot water faucet running in a bathroom, bottle of Wish Ultra hand sanitizer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Water heater with hose attached to the drain valve, no water flowing, indicating the tank is empty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4"/>
      <w:footerReference w:type="default" r:id="rId2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header" Target="header1.xm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