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Clean the Carburetor on a Pressure Washer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Wide side view of the pressure washer, showing the full unit, hose, spray gun, and wheels on grass.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Briggs &amp; Stratton engine, showing labels, switches, and caps on the power washer, with grass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 view of the pressure washer showing the engine, exhaust, hose reel, and red wheels on grass, with tags attached and the spray gun mounted.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holding the carburetor with the float removed, showing a close-up of the main jet and fuel passages, with a screwdriver and float bowl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Initial inspection and equipment overview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1: Identify the equipment and inspect general condition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Front view of the PowerFlow Plus pressure washer on grass, showing the hose reel, handle, and main body, with "POWERflow+" and "Briggs &amp; Stratton" labels, hose and spray gun attached, and red wheels.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2: Locate the detergent tank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Briggs &amp; Stratton engine cover, air intake grill, and fuel cap, with branding and labels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3: Check the air filter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greasy foam air filter held in hand, with the pressure washer and grass in the background.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4: Evaluate portability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Diagnosing the starting issue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5: Review mobility features and locate the model/serial number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Top view of the engine and starter cord, showing the pressure washer in a ready-to-start position.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6: Attempt to start the engine and verify spark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Front view of the entire pressure washer, showing the hose reel, spray gun, and engine on grass.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7: Document the engine details and check the oil level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engine housing and rear wheel, with the model and serial number sticker visible on the frame.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8: Retest the engine and apply carburetor cleaner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Pressure washer on grass, showing large rear wheels, hose reel, spray gun, and engine cover with visible tags and labels.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hand holding a can of carburetor cleaner and spraying into the air intake area, with the blue detergent cap and warning labels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9: Reattempt starting after applying carburetor cleaner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 view of the pressure washer focusing on the engine housing and the model/serial number label, with the blue detergent cap and tags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Preparing to remove the carburetor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10: Remove the top engine cover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air filter compartment with the green foam air filter visible, along with the blue detergent cap and some dirt.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11: Remove the air filter door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Top view of the pressure washer engine showing the red engine cover, pull handle, and fuel cap, with the starter cord in use on grass.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12: Inspect the air filter and carburetor area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air filter housing with the ON/OFF switch and surrounding labels visible, air filter door removed.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13: Set aside the air filter door assembly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Wide view of the pressure washer on grass, showing the engine, large red wheels, hose reel, and all major components, with the top cover about to be removed.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removed air filter door assembly resting on the pressure washer frame, showing the blue detergent cap, yellow clip, attached red and black wires, and the exposed carburetor.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Removing the carburetor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14: Disconnect the carburetor linkage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Carburetor held over a white plastic container with yellowish fluid visible, float bowl removed, hands holding both parts.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15: Remove the carburetor from the engine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fully exposed carburetor body with the float removed, showing all internal passages and the float held to the side.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Cleaning the carburetor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16: Prepare a clean workspace and remove the float bowl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Carburetor still attached to the engine, with linkage, springs, red and black wires, an engine label, and surrounding components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17: Drain the float bowl contents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unscrewing the float bowl from the carburetor, with a white towel and wooden surface underneath and the float bowl partially removed.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18: Inspect the float bowl and float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carburetor and float bowl, both appearing clean, with the float mechanism and brass jet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19: Inspect the main jet for blockages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holding the separated carburetor and float bowl, showing a clean interior with some yellow residue and the float mechanism exposed.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20: Remove the float and prepare to clean all passages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holding the removed carburetor, with the engine and mower visible in the background and a close-up of the carburetor intake and brass fitting.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Reassembling the carburetor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21: Lay out the clean components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holding the removed float, exposing the inside of the carburetor with the brass jet and fuel passages clearly visible.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22: Reinstall the float and needle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Open air filter housing with the ON/OFF switch, red wire, and engine label visible, filter removed.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23: Attach the float bowl and test float operation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Carburetor body, float bowl, float, float pin, needle, two screwdrivers, and a socket laid out on a white towel on a wooden board outdoors.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Reinstalling and testing the carburetor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24: Reinstall the carburetor onto the engine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Carburetor body, float, float pin, and needle arranged for reassembly, with the float bowl and tools nearby.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25: Verify springs and linkages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Hands holding the reassembled carburetor, pointing to the float mechanism and linkage to demonstrate float operation.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carburetor installed on the engine, focused on the linkage and spring connections, with the red wire and mounting bracket visible.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26: Inspect the air filter housing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Carburetor reinstalled on the engine, fuel line and linkage connected, with red and black wires, springs, and the mounting bracket in place.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27: Prepare the power washer for testing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washer positioned on grass, hose and handle coiled, ready for testing.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Final testing and confirmation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28: Inspect the engine cover and controls before starting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oil fill opening and dipstick, showing the oil level and engine housing details.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29: Confirm all caps and controls are in place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Engine top with the yellow oil fill cap, black fuel cap, red cover, and pull start handle on grassy ground.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30: Start the engine and observe its operation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Power washer running on grass, hose coiled on handle, engine operating smoothly, wide view of the setup.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31: Inspect the air filter housing and ON/OFF switch during operation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Full view of the power washer on grass with the engine running, hose and handle attached, unit stable and ready for use.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32: Confirm engine performance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33: Inspect the exhaust and engine components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Top view of the power washer engine with the red cover, Briggs &amp; Stratton logo, black vent, fuel cap, and pull start handle, on grass.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the engine exhaust cover with the Briggs &amp; Stratton and "ENGINE MADE IN THE USA" labels and a warning sticker.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34: Perform a final operational check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air filter housing open with the ON/OFF switch visible, engine running, warning and emission labels present.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Angled top view of the power washer on grass with all components visible and the engine running, hose and handle attached.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Final inspection and overview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35: Inspect the engine and controls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Side view highlighting the blue detergent tank cap, red wheels, and attached hose on the pressure washer.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 view of the power washer, focusing on the engine, wheels, and attached maintenance schedule tag.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36: View the unit from above to confirm assembly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37: Examine the entire unit for completeness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38: Check rear connections and hose storage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Rear view of the power washer, showing hose storage, connection ports, and branding.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39: Review the engine and exhaust area for safety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Side view of the engine and exhaust shield, with visible labels and the maintenance tag.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40: Perform a final visual check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Full side view of the assembled power washer, showing the hose, spray gun, wheels, and engine.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Step 41: Complete the inspection with a top-down overview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Front view of power washer on grass, hose coiled, engine running, person giving a thumbs up in foreground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Top-down view of the power washer engine, showing the Briggs &amp; Stratton logo and all major components.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top-down view of the engine cover, showing branding and model details.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Top view of the engine and starter cord with the oil cap reinstalled, the pressure washer resting on grass.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</w:p>
    <w:p>
      <w:pPr>
        <w:keepNext/>
        <w:keepLines/>
        <w:jc w:val="center"/>
      </w:pPr>
    </w:p>
    <w:p>
      <w:pPr>
        <w:jc w:val="center"/>
      </w:pPr>
    </w:p>
    <w:p>
      <w:pPr/>
      <w:r>
        <w:br w:type="page"/>
      </w:r>
    </w:p>
    <w:sectPr w:rsidR="00FC693F" w:rsidRPr="0006063C" w:rsidSect="00034616">
      <w:headerReference w:type="default" r:id="rId36"/>
      <w:footerReference w:type="default" r:id="rId3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header" Target="header1.xml"/><Relationship Id="rId3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