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HVAC Ductwork: Step-by-Step SOP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prepares to turn the air conditioner back on to perform an airflow blow-out after whipping the ducts.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in a GreenFox Air Quality shirt stands in front of a house, with the on-screen label "STEP 01 Floor Protection &amp; Covering".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Protect floors and furniture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outdoors holding and cleaning ceiling vents, with the on-screen label "STEP 03 Cleaning Vents".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Remove the ceiling vents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gestures toward a colleague on a ladder who is removing a ceiling vent.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Clean the vents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lays protective film over patterned carpet while plastic sheeting covers nearby furniture and a ladder stands ready nearby.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displays a vent with mold, dust, and insulation removed.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holds up a freshly cleaned vent outdoors, ready for reinstallation.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HEPA-vacuum the vent boxes ("cans")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in a GreenFox Air Quality shirt, with the on-screen label "STEP 05 Whipping".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runs a HEPA vacuum inside a vent box to remove dust and debris.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Locate and inspect splitter boxes in the attic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wearing safety glasses examines an opened splitter box in the attic.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Open splitter boxes for inspection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washes a vent under running water outdoors.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Navigate the attic safely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moves carefully across attic trusses and insulation while searching for additional splitter boxes.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Bag off the blower wheel in the air handler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technician stands on a ladder beneath an attic access hatch, preparing to locate splitter boxes among the insulation and ductwork.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places a protective bag over the blower wheel inside the air handler.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Prepare for duct-cleaning machine connection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close-up of an opened splitter box surrounded by insulated ducts and wooden beams.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checks the air handler to confirm the blower wheel is fully bagged off before connecting the duct-cleaning machine.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Inspect the duct system before cleaning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Bring in the negative air machine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Connect the negative air machine to the duct system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inspects HVAC ductwork mounted near the ceiling in a utility room before cleaning begins.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Prepare the whip tool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holds the whip tool and points out the drill and brush head laid out on the floor.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Whip and agitate the ducts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 large flexible hose is connected to the duct opening and secured for dust extraction.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operates the whip tool inside an open ceiling duct to agitate and loosen dust.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Perform an airflow blow-out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Begin the encapsulation process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sets up the encapsulation sprayer and prepares the spray gun for 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Apply encapsulation solution inside the ducts and on vent covers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rolls a large HEPA negative air machine into the workspace, along with cleaning tools and supplies.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holds the encapsulation spray gun, ready to apply solution inside the ductwork.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Reinstall the vent grilles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on a ladder reinstalls a vent grille in a hallway while a colleague assists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Install the last return grille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installs the last return grille on the ceiling to complete the job.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inspection and verification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technician stands beneath the open ceiling duct, looking up to perform a final visual inspection of the cleaned and encapsulated ductwork.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GreenFox logo and company name on white background, clean and professional branding</w:t>
      </w:r>
    </w:p>
    <w:p>
      <w:pPr/>
      <w:r>
        <w:br w:type="page"/>
      </w:r>
    </w:p>
    <w:sectPr w:rsidR="00FC693F" w:rsidRPr="0006063C" w:rsidSect="00034616">
      <w:headerReference w:type="default" r:id="rId23"/>
      <w:footerReference w:type="default" r:id="rId2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header" Target="header1.xml"/><Relationship Id="rId2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