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Check Continuity with a Multimeter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1. Prepare the multimeter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Ω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digital Mastercraft multimeter rests on the ground with the red and black test leads connected, ready for use.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2. Set the multimeter to continuity mode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Ω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Ω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hand turns the dial of the multimeter to the ohms (Ω) setting to prepare it for continuity testing.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3. Organize the test leads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A close-up view of hands organizing the test leads while confirming the dial is set to the ohms (Ω) position.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4. Verify the multimeter shows no continuity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The multimeter display reads "1", showing no continuity while the test leads are held apart.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5. Touch the test leads together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Both test leads are touched together, and the display shows "0.6", confirming continuity.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6. Interpret the self-test results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7. Position the leads on your target component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hold the red and black test leads, positioned to test a component for continuity.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8. Test a car fuse for continuity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hold a car fuse while touching each terminal with the red and black test leads; the display shows "1", indicating no continuity at this moment.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9. Interpret the continuity test results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10. Apply the same method to other components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hold the test leads, ready to test another component with the multimeter set up for further continuity checks.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11. Follow safety precautions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hold the test leads away from the multimeter as a reminder to work with caution; the display shows "1".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12. Conclude the test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disconnect the test leads from the multimeter to prepare it for storage; the display shows "1".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4</w:t>
      </w:r>
      <w:r>
        <w:rPr>
          <w:color w:val="404040"/>
          <w:sz w:val="24"/>
          <w:rFonts w:ascii="Inter" w:hAnsi="Inter" w:eastAsia="Noto Sans CJK JP" w:cs="Noto Sans CJK JP"/>
        </w:rPr>
        <w:t>–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 w:type="page"/>
      </w:r>
    </w:p>
    <w:sectPr w:rsidR="00FC693F" w:rsidRPr="0006063C" w:rsidSect="00034616">
      <w:headerReference w:type="default" r:id="rId14"/>
      <w:footerReference w:type="default" r:id="rId15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header" Target="header1.xml"/><Relationship Id="rId1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