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Run Reports in EPIC Hyperspace: Create and Download a Team View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>-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EPIC Administrator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>-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EPIC dashboard showing username, credit balance, menu bar with "Manage Reports," "Manage Your Account," "Personal Options," and "Help." Quick links, access code status, and credit balance history are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Navigate to create new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under "Manage Reports" with "Create New Report/Issue Access Codes"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Select the product family and report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v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V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Reports screen with "Everything DiSC" selected as Product Family and the Product dropdown open, showing report options like Group Culture Report, Facilitator Report, Comparison Report, and Team View.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Proceed to the next step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V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Reports screen with Product Family set to "Everything DiSC," Product set to "Team View," and Language not yet selected.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Assign folders and name the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Details screen with Product set to "Everything DiSC Team View," Language "English," EPIC Folder "Integro Demonstration," EPIC Sub Folder "2012 Participants," and Report Name field ready for input.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Details screen with "Integrity" being typed into the Report Name field.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Add participants to the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Set search criteria for participants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Setup screen with search criteria fields: Access Code Status set to "Complete," Date Range field being filled, and other filters available.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Enter a date range for a wide search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3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Setup screen with Date Range field being filled for a wide search, Access Code Status set to "Complete."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Filter participants by product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k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Setup screen with Product set to "Workplace Profile," Access Code Status "Complete," Date Range "1/3/2010 – 1/3/2024," and other filters available.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Select participants for the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Search Results screen showing four participants with checkboxes, "Select All &gt;&gt;" button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Add selected participants to the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Review and edit the participant 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Details screen showing participant list with option to remove (X) or add participants.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Finalize the participant list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Details screen with finalized participant list and "Next &gt;&gt;"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Review the report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summary screen showing report details, access code, and total credits used (0).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View or download the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summary screen with "View Report" button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Open the generated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Reports screen in EPIC showing Everything DiSC Team View report with options to View, Save, or Email. The cursor is clicking "View."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Review the report title and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Adobe Acrobat online viewer displaying the Team View report cover page with report name, date, provider details, and logo.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View team member DiSC styles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Team View report page showing participant names, DiSC style wheels, and style labels for each team member.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