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and Customize a Personal Admission Order Set in Epic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Creating your custom order set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Configuring code status, prognosis, and patient care orders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–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Finalizing labs, imaging, consults, and saving your order set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Epic order set screen with the Routine Labs section expanded, showing CBC, Basic Metabolic Panel, Magnesium, and Hepatic Function Panel selected with correct frequencies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&amp;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Using your order set during a patient admission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Epic navigator showing the prognosis question, vital signs, and patient care orders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Creating, saving, and reusing custom order panels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&amp;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End screen with 'Thanks for Watching!', a subscribe reminder, and social media handles</w:t>
      </w:r>
    </w:p>
    <w:p>
      <w:pPr/>
      <w:r>
        <w:br w:type="page"/>
      </w:r>
    </w:p>
    <w:sectPr w:rsidR="00FC693F" w:rsidRPr="0006063C" w:rsidSect="00034616">
      <w:headerReference w:type="default" r:id="rId31"/>
      <w:footerReference w:type="default" r:id="rId3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jp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jp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jpg"/><Relationship Id="rId31" Type="http://schemas.openxmlformats.org/officeDocument/2006/relationships/header" Target="header1.xm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