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Custom Templates in Confluence</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p>
    <w:p>
      <w:pPr>
        <w:pStyle w:val="Heading1"/>
        <w:keepNext/>
        <w:keepLines/>
        <w:outlineLvl w:val="0"/>
      </w:pPr>
      <w:r>
        <w:rPr>
          <w:b/>
          <w:color w:val="404040"/>
          <w:sz w:val="32"/>
          <w:rFonts w:ascii="Inter" w:hAnsi="Inter" w:eastAsia="Noto Sans CJK JP" w:cs="Noto Sans CJK JP"/>
        </w:rPr>
        <w:t>Recognizing when to create a template</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Confluence page titled "Should We Add In-App Help to Our Apps?" showing summary, contributors, and description sections. The left sidebar lists space shortcuts and pages. A blue info box instructs users to avoid inline comments. The page was created by Maggie and its status is "Answered".</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Confluence comments section with multiple users (Erika, Conrad, Maggie, Yussuf) discussing the topic. Comments include technical suggestions, questions, and agreement. The left sidebar and comment input box are visible.</w:t>
      </w:r>
    </w:p>
    <w:p>
      <w:pPr>
        <w:keepNext/>
        <w:keepLines/>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Confluence page titled "Should We Add In-App Help to Our Apps?" with summary and description sections, showing the context used to decide whether a template is needed.</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Check for existing templates</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Confluence Templates tab open, showing a variety of templates such as "90-day plan", "Annual plan one-pager", "Blog post", and "Business plan one-pager". Search and filter options are visible at the top.</w:t>
      </w:r>
    </w:p>
    <w:p>
      <w:pPr>
        <w:pStyle w:val="Heading1"/>
        <w:keepNext/>
        <w:keepLines/>
        <w:outlineLvl w:val="0"/>
      </w:pPr>
      <w:r>
        <w:rPr>
          <w:b/>
          <w:color w:val="404040"/>
          <w:sz w:val="32"/>
          <w:rFonts w:ascii="Inter" w:hAnsi="Inter" w:eastAsia="Noto Sans CJK JP" w:cs="Noto Sans CJK JP"/>
        </w:rPr>
        <w:t>Step 2: Decide where to create your template</w:t>
      </w:r>
    </w:p>
    <w:p>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Presenter on a white background with the label "Space Template" in green, emphasizing the concept of space-specific templates.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Presenter on a white background with the label "Global Template" in green, emphasizing the concept of global templates.</w:t>
      </w:r>
    </w:p>
    <w:p>
      <w:pPr>
        <w:pStyle w:val="Heading1"/>
        <w:keepNext/>
        <w:keepLines/>
        <w:outlineLvl w:val="0"/>
      </w:pPr>
      <w:r>
        <w:rPr>
          <w:b/>
          <w:color w:val="404040"/>
          <w:sz w:val="32"/>
          <w:rFonts w:ascii="Inter" w:hAnsi="Inter" w:eastAsia="Noto Sans CJK JP" w:cs="Noto Sans CJK JP"/>
        </w:rPr>
        <w:t>Step 3: Access and manage global templates</w:t>
      </w:r>
    </w:p>
    <w:p>
      <w:pPr/>
      <w:r>
        <w:br/>
      </w:r>
    </w:p>
    <w:p>
      <w:pPr>
        <w:pStyle w:val="ListNumber2"/>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Confluence Settings page showing "Global Templates and Blueprints" with a list of blueprints such as "Master project documentation" and "Service team health monitor", along with options to Edit or Disable each. The "Add global page template" button is visible.</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Confluence Settings page with the "Add global page template" button highlighted, ready to create a new template.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4: Build the template structure</w:t>
      </w:r>
    </w:p>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Confluence template editor open with a blank page, showing the breadcrumb "Administration / Templates", "Page title", and the text "Now let's fill this page up". The editor toolbar is visible at the top.</w:t>
      </w:r>
    </w:p>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Macro selection menu open in the Confluence editor, showing "Page Properties", "Page Properties Report", "Page Tree", and "Page Index" as options. The user is selecting "Page Properties".</w:t>
      </w:r>
    </w:p>
    <w:p>
      <w:pPr/>
      <w:r>
        <w:br/>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Page Properties macro inserted with a table. The "Table options" menu is open, showing options like "Header row", "Header column", "Numbered column", and "Remove row". The Page Properties settings panel is visible on the right.</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Page Properties table with "Asked by" and "Status" fields filled in. The Table options menu is visible. The Page Properties settings panel is open on the right.</w:t>
      </w:r>
    </w:p>
    <w:p>
      <w:pPr/>
      <w:r>
        <w:br/>
      </w:r>
    </w:p>
    <w:p>
      <w:pPr>
        <w:pStyle w:val="ListNumber2"/>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Template editor showing "Description", "Answer", and "Decisions" sections under the Page Properties table. The heading style dropdown is open, displaying options from "Normal text" to "Heading 6".</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Contributors section being added. The macro search shows "Content Report Table", "Contributors", "Contributors Summary", "Content by Label", and "Scroll Content Block". The heading "Contributors" is visible.</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Contributors macro settings open. "Contribution Type" is set to "authors" and "comments". Other options like "Sort By", "Maximum Number", and "Display" are visible. The Contributors macro is inserted on the right side of the template.</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Final template layout showing Page Properties, Description, Answer, Decisions, and Contributors sections. Contributors macro settings are visible on the right.</w:t>
      </w:r>
    </w:p>
    <w:p>
      <w:pPr>
        <w:pStyle w:val="Heading1"/>
        <w:keepNext/>
        <w:keepLines/>
        <w:outlineLvl w:val="0"/>
      </w:pPr>
      <w:r>
        <w:rPr>
          <w:b/>
          <w:color w:val="404040"/>
          <w:sz w:val="32"/>
          <w:rFonts w:ascii="Inter" w:hAnsi="Inter" w:eastAsia="Noto Sans CJK JP" w:cs="Noto Sans CJK JP"/>
        </w:rPr>
        <w:t>Step 5: Enhance the template with placeholder text and macros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 person speaking directly to the camera against a plain white background, introducing the topic of template enhancement. No screens or UI elements are visible.</w:t>
      </w:r>
    </w:p>
    <w:p>
      <w:pPr/>
      <w:r>
        <w:br/>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 Confluence template editing screen showing the macro selection menu with "Placeholder text" highlighted. The page includes sections for Page Properties, Description, Answer, and Decisions. The narrator appears in a small circle overlay.</w:t>
      </w:r>
    </w:p>
    <w:p>
      <w:pPr/>
      <w:r>
        <w:br/>
      </w:r>
    </w:p>
    <w:p>
      <w:pPr>
        <w:pStyle w:val="ListNumber2"/>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 Confluence template with placeholder text in the "Asked by" and "Description" fields. A green overlay reads "Now &amp; Later". The narrator appears in a small circle overlay.</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Confluence template with detailed placeholder text in the "Answer" field, instructing users to summarize answers and include important details. The narrator appears in a small circle overlay.</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Confluence template with the "Status" macro being added. The macro selection menu is open, and the user is prompted to "SET A STATUS" with color options. The narrator appears in a small circle overlay.</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Confluence template with a date picker open, showing the date "7/22/2021" selected for the answer deadline. A green overlay reads "A Date". The narrator appears in a small circle overlay.</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 completed Confluence template with placeholder text, a status macro, and a date field. The narrator appears in a small circle overlay.</w:t>
      </w:r>
    </w:p>
    <w:p>
      <w:pPr>
        <w:pStyle w:val="Heading1"/>
        <w:keepNext/>
        <w:keepLines/>
        <w:outlineLvl w:val="0"/>
      </w:pPr>
      <w:r>
        <w:rPr>
          <w:b/>
          <w:color w:val="404040"/>
          <w:sz w:val="32"/>
          <w:rFonts w:ascii="Inter" w:hAnsi="Inter" w:eastAsia="Noto Sans CJK JP" w:cs="Noto Sans CJK JP"/>
        </w:rPr>
        <w:t>Step 6: Add labels to your template</w:t>
      </w:r>
    </w:p>
    <w:p>
      <w:pPr/>
      <w:r>
        <w:br/>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Confluence template editing screen with "Add Labels" highlighted, showing the Page Properties table, Description, Answer, and Contributors sections. The narrator appears in a small circle overlay. The options menu is open with "Add labels" selected.</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Confluence "Labels" dialog open with the label "open-team-question" added. The narrator appears in a small circle overlay. The background shows the template editing screen.</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Confluence "Labels" dialog with "open-team-question" label applied. The narrator appears in a small circle overlay. The template editing screen is visible in the background.</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Confluence "Labels" dialog with "open-team-question" label applied, and the narrator in a small circle overlay. The template editing screen is visible in the background.</w:t>
      </w:r>
    </w:p>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Confluence template editing screen with "Page Properties", "Description", and "Answer" sections visible. The "Contributors" macro is on the right. The narrator appears in a small circle overlay.</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Narrator speaking directly to the camera against a plain white background, gesturing with one hand. No screens or UI elements are visible.</w:t>
      </w:r>
    </w:p>
    <w:p>
      <w:pPr/>
      <w:r>
        <w:br/>
      </w:r>
    </w:p>
    <w:p>
      <w:pPr>
        <w:pStyle w:val="ListNumber2"/>
        <w:keepNext/>
        <w:keepLines/>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Confluence template titled "Team Question" with "Page Properties", "Description", "Answer", and "Contributors" sections visible. The narrator appears in a small circle overlay.</w:t>
      </w:r>
    </w:p>
    <w:p>
      <w:pPr>
        <w:pStyle w:val="Heading1"/>
        <w:keepNext/>
        <w:keepLines/>
        <w:outlineLvl w:val="0"/>
      </w:pPr>
      <w:r>
        <w:rPr>
          <w:b/>
          <w:color w:val="404040"/>
          <w:sz w:val="32"/>
          <w:rFonts w:ascii="Inter" w:hAnsi="Inter" w:eastAsia="Noto Sans CJK JP" w:cs="Noto Sans CJK JP"/>
        </w:rPr>
        <w:t>Step 7: Add a description to your template</w:t>
      </w:r>
    </w:p>
    <w:p>
      <w:pPr/>
      <w:r>
        <w:br/>
      </w:r>
    </w:p>
    <w:p>
      <w:pPr>
        <w:pStyle w:val="ListNumber2"/>
        <w:keepNext/>
        <w:keepLines/>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&gt;</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Confluence "Global Templates and Blueprints" settings page with a list of global page templates. A green overlay reads "Add a Description." The narrator appears in a small circle overlay.</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Edit template description dialog open with the text: "Work with your team to asynchronously answer a difficult question and document your decision." The narrator appears in a small circle overlay.</w:t>
      </w:r>
    </w:p>
    <w:p>
      <w:pPr/>
      <w:r>
        <w:br/>
      </w:r>
    </w:p>
    <w:p>
      <w:pPr>
        <w:pStyle w:val="ListNumber2"/>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Confluence page titled "Questions" in the "Good Software" space, showing a description, author info, and a comment section. "No labels" is indicated. The narrator appears in a small circle overlay.</w:t>
      </w:r>
    </w:p>
    <w:p>
      <w:pPr>
        <w:pStyle w:val="Heading1"/>
        <w:keepNext/>
        <w:keepLines/>
        <w:outlineLvl w:val="0"/>
      </w:pPr>
      <w:r>
        <w:rPr>
          <w:b/>
          <w:color w:val="404040"/>
          <w:sz w:val="32"/>
          <w:rFonts w:ascii="Inter" w:hAnsi="Inter" w:eastAsia="Noto Sans CJK JP" w:cs="Noto Sans CJK JP"/>
        </w:rPr>
        <w:t>Step 8: Create a centralized questions page with a template button</w:t>
      </w:r>
    </w:p>
    <w:p>
      <w:pPr/>
      <w:r>
        <w:br/>
      </w:r>
    </w:p>
    <w:p>
      <w:pPr>
        <w:pStyle w:val="ListNumber2"/>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Confluence "Questions" page in the "Good Software" space, showing the title, author, description, and "No labels" indicator. The narrator appears in a small circle overlay.</w:t>
      </w:r>
    </w:p>
    <w:p>
      <w:pPr/>
      <w:r>
        <w:br/>
      </w:r>
    </w:p>
    <w:p>
      <w:pPr>
        <w:pStyle w:val="ListNumber2"/>
        <w:keepNext/>
        <w:keepLines/>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p</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Confluence "Questions" page in edit mode, showing an Excerpt macro and a Page Properties Report macro with multiple columns. The narrator appears in a small circle overlay.</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Confluence "Questions" page with a Page Properties Report macro showing a question, who asked it, and its status. The narrator appears in a small circle overlay.</w:t>
      </w:r>
    </w:p>
    <w:p>
      <w:pPr/>
      <w:r>
        <w:br/>
      </w:r>
    </w:p>
    <w:p>
      <w:pPr>
        <w:pStyle w:val="ListNumber2"/>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Macro selection menu open in Confluence with "Create from Template" highlighted and a green overlay reading "Create from Template Macro." The narrator appears in a small circle overlay.</w:t>
      </w:r>
    </w:p>
    <w:p>
      <w:pPr/>
      <w:r>
        <w:br/>
      </w:r>
    </w:p>
    <w:p>
      <w:pPr>
        <w:pStyle w:val="ListNumber2"/>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Edit 'Create from Template' Macro dialog open, with "Create a question" as button text and a template dropdown. The narrator appears in a small circle overlay.</w:t>
      </w:r>
    </w:p>
    <w:p>
      <w:pPr/>
      <w:r>
        <w:br/>
      </w:r>
    </w:p>
    <w:p>
      <w:pPr>
        <w:pStyle w:val="ListNumber2"/>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Template dropdown open in the macro dialog, with "Team Question" selected. The narrator appears in a small circle overlay.</w:t>
      </w:r>
    </w:p>
    <w:p>
      <w:pPr/>
      <w:r>
        <w:br/>
      </w:r>
    </w:p>
    <w:p>
      <w:pPr>
        <w:pStyle w:val="ListNumber2"/>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p>
    <w:p>
      <w:pPr>
        <w:jc w:val="center"/>
      </w:pP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Macro configuration dialog with the "Save" button highlighted. The narrator appears in a small circle overlay.</w:t>
      </w:r>
    </w:p>
    <w:p>
      <w:pPr/>
      <w:r>
        <w:br/>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1" name="Picture 4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Published "Questions" page with a "Create a question" button, question table, and comment section. The narrator appears in a small circle overlay.</w:t>
      </w:r>
    </w:p>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2" name="Picture 4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New question page generated from the template, showing summary, contributors, and description sections. The narrator appears in a small circle overlay.</w:t>
      </w:r>
    </w:p>
    <w:p>
      <w:pPr>
        <w:pStyle w:val="Heading1"/>
        <w:keepNext/>
        <w:keepLines/>
        <w:outlineLvl w:val="0"/>
      </w:pPr>
      <w:r>
        <w:rPr>
          <w:b/>
          <w:color w:val="404040"/>
          <w:sz w:val="32"/>
          <w:rFonts w:ascii="Inter" w:hAnsi="Inter" w:eastAsia="Noto Sans CJK JP" w:cs="Noto Sans CJK JP"/>
        </w:rPr>
        <w:t>Step 9: Add ongoing guidance and macros</w:t>
      </w:r>
    </w:p>
    <w:p>
      <w:pPr/>
      <w:r>
        <w:br/>
      </w:r>
    </w:p>
    <w:p>
      <w:pPr>
        <w:pStyle w:val="ListNumber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3" name="Picture 43"/>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Presenter in a black t-shirt with a colorful logo, speaking directly to the camera against a plain white background. No visible UI elements or on-screen text.</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br w:type="page"/>
      </w:r>
    </w:p>
    <w:sectPr w:rsidR="00FC693F" w:rsidRPr="0006063C" w:rsidSect="00034616">
      <w:headerReference w:type="default" r:id="rId31"/>
      <w:footerReference w:type="default" r:id="rId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header" Target="header1.xm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