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and Configuring Spaces in Confluence Cloud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new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Access the Confluence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home page showing the default space and navigation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View all spaces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Spaces section with the "View all" link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Initiate space creation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Spaces management page with the "Create space" button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Choose the type of 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space pop-up with various space type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Proceed to the next step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Software project space selected with the "Next"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a software project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Select the Jira project for the 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software project space dialog with the "Project" dropdown set to "rcv demo," "Space name" as "rcv demo," and "Space key" as "RD"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Enter the space name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Set a unique space key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 key field being edited, with a warning about a duplicate key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Provide a description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Description field being filled with "This is software project space"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Review space permissions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 permissions field disabled, showing "Default permissions"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Create the 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Explore other space types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space dialog showing all space type options: Blank space, Personal space, Documentation space, Knowledge base, Team space, Software project space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Finalizing your software project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Create the software project 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User clicks the "Create" button in the "Create a software project space" dialog. All fields are filled: Project = "rcv demo," Space name = "rcv demo," Space key = "RDD," Description = "This is software project space," Space permissions = "Default permissions" (disabled)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Wait for the space to be created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closes as the system processes creation of the new space; no user action is required during this step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View the newly created 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page of the new "rcv demo" software project space, showing welcome message, status, lead, team, and recently updated sections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Access all spaces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Spaces dropdown open with "View all spaces" highlighted, showing "first demo space" and "rcv demo" as available spaces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Review the spaces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Spaces page showing cards for "first demo space" and "rcv demo," and a list of all spaces with their types and statuses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Navigate back to the project space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page of "rcv demo" space, with sidebar navigation options and main content area showing welcome message and recently updated list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Understand the purpose of the software project 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page with highlighted welcome message and instructions for customizing the space and adding new pages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Customize and use your 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page with options to customize, add pages, and manage team information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Locate and access project documentation sections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Overview page of the "rcv demo" software project space. The sidebar lists Overview, Blog, Space Settings, and under Pages: Meeting notes, Product requirements, File lists, Decision log, Retrospectives. The main content area shows Status, Lead, Team, Recently updated, and a Roadmap section. A presenter is visible in the lower right corner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Review recently updated documents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Add team and lead profiles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Set project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Utilize the roadmap planner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Customizing space shortcuts and navigation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Access the overview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overview page with sidebar navigation, welcome message, status, lead, team, roadmap, and recently updated section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Open Space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"Space Settings" highlighted, ready to be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Edit space shortcuts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space shortcuts dialog open, with a web address being entered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Add and save a shortcut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space shortcuts dialog with a new shortcut for "www.rcvacademy.com" ready to be saved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Verify the added shortcut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showing the new shortcut "RCV Academy" added under SPACE SHORTCUTS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Utilize shortcuts for team efficiency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multiple shortcuts, including "rcv demo" and "RCV Academy," highlighted for team use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32: Navigate to key pages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the PAGES section showing Meeting notes, Product requirements, File lists, Decision log, and Retrospectives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meeting notes in a project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33: Navigate to the project 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34: Access the meeting notes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the cursor highlighting "Meeting notes" under PAGES, with the overview page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35: Create a new meeting notes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"+" icon next to "Meeting notes," with the tooltip "Create a child page"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36: Enter meeting notes content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page editor open with "Test" as the title, ready for meeting notes entry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37: Publish the meeting notes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Meeting notes editor with "Test Meeting notes" as the title, ready to be published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38: Verify the meeting notes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showing "Test Meeting notes" as a child under "Meeting notes," with the published page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documentation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39: Access all spaces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Spaces dropdown open with "View all spaces"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40: Initiate documentation space creation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space dialog with "Documentation space"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41: Configure documentation space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documentation space dialog with "Documentation Demo space" and "DDS" entered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42: Create the documentation space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documentation space dialog with the "Create"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Exploring and customizing your new documentation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43: Review the predefined template in the documentation 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documentation space overview with welcome message, empty featured/recently updated sections, and sidebar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44: Observe the populated template and page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documentation space with "Getting started" and "Making a template" pages listed, and populated featured/recently updated sections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45: Access Space Settings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the cursor highlighting "Space Settings" in the Confluence documentation space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46: Create a child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Sidebar with the cursor hovering over the "+" icon next to "Getting started," with the tooltip "Create a child page"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47: Explore the Space Settings overview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Space Settings panel open, showing space details and configuration tabs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8"/>
      <w:footerReference w:type="default" r:id="rId3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header" Target="header1.xml"/><Relationship Id="rId3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