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Page in Confluence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1: Create a page from the main navigation bar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interface showing the main navigation bar with the 'Create' button highlighted, the sidebar with the 'Pages' section, and a sample page open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Method 2: Create a page from the space page tree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sidebar showing the 'Pages' section and the plus (+) icon used to add a new page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sidebar showing the 'Product Launch Strategy' page with the plus (+) icon used to add a child page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 a title and content to your new page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page editor showing breadcrumb navigation, the page title field, and the template panel on the right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Apply a page template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Templates panel open on the right side of the editor, showing the search bar, filter tags, and several template options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selecting the 'Product launch' template in the Templates panel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Customize your page with an emoji and header image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Add an emoji to the page title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page editor with the emoji picker open and the cursor selecting a pizza emoji for the page title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Add a header image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Update header image dialog showing a selection of pizza images with the cursor selecting one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Confluence page editor showing the selected pizza header image and pizza emoji in the page title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Tips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Atlassian University logo on a white background, indicating the end of the training and next steps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