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Use a Riveting Tool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Yellow-handled rivet gun held up in a hardware store, with product shelves and signage in the background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Required equipment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the rivet gun showing three interchangeable tip sizes, with a finger pointing to each one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Package labeled with 120 assorted rivets, showing steel and aluminum rivets and packaging details on a hardware store counter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Identify the tool and its purpose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Small wrench being used to unscrew the tip from the rivet gun, close-up on hands and tool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Review the rivet gun tips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8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/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6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Rivet gun and a rivet held above a metal strip with pre-drilled holes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Remove the current tip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Install the correct tip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New tip being screwed onto the rivet gun, close-up on hands and tool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Prepare for riveting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Select and prepare the material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Package labeled with 120 assorted rivets, showing steel and aluminum rivets in various sizes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Insert the rivet into the tool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Rivet gun handles being squeezed with the mandrel about to break off, close-up on the tool and rivet in the metal strip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Position the rivet in the material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Finger pointing to the expanded back side of the rivet in the metal strip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Set the rivet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Yellow-handled rivet gun and a rivet being prepared for insertion above the metal strip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Break off the mandrel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Rivet gun with the loaded rivet positioned into the hole of the metal corner bead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11: Inspect the finished rivet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Hands squeezing the yellow-handled rivet gun as the rivet is set into the metal strip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12: Choose the right rivets for your project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Metal corner bead with pre-drilled holes held in a hardware store aisle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13: Store and organize your rivets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Finger pointing to the smooth, finished side of the rivet set in the metal strip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final tips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a red ACE shirt holding a yellow-handled rivet gun, standing at a hardware store counter with various tools and rivet packs visible. The background shows aisles with lawn equipment and hardware supplies.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Package of assorted rivets shown up close, highlighting product details and contents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Presenter in a red ACE shirt holding a rivet gun, smiling and speaking to the camera in a hardware store aisle. The counter displays a rivet gun case and a package of assorted rivets. The background includes lawn equipment and hardware supplies.</w:t>
      </w:r>
    </w:p>
    <w:p>
      <w:pPr/>
      <w:r>
        <w:br w:type="page"/>
      </w:r>
    </w:p>
    <w:sectPr w:rsidR="00FC693F" w:rsidRPr="0006063C" w:rsidSect="00034616">
      <w:headerReference w:type="default" r:id="rId20"/>
      <w:footerReference w:type="default" r:id="rId21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header" Target="header1.xm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