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Safety Wire a Propeller Bolt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Prepare the work area and materials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Identify the bolts to be safety wired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Measure the required length of safety wire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Cut the safety wire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Cutting a measured length of 0.041" steel safety wire from the spool using pliers, with the propeller hub and bolts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Plan the safety wire routing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Thread the safety wire through the first bolt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Route the wire to the next bolt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Threading and routing the safety wire through the bolt holes, maintaining correct direction and length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Adjust for proper length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Secure and tighten the wire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Folding the tag end underneath and pulling the safety wire tight around the bolts, preparing for twisting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Position the safety wire for twisting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Positioning the safety wire at the entry hole of the next bolt, preparing to use safety wire pliers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Apply safety wire pliers and pull tight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Applying safety wire pliers to the wire, pulling it tight between the bolts on the propeller hub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Twist the safety wire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Twisting the safety wire with pliers, achieving about seven turns per inch between the bolts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Reposition and prepare for the next bolt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Repositioning hands and wire, preparing to thread the twisted wire through the next bolt head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Thread the wire through the next bolt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Threading the twisted safety wire through the hole in the next bolt head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Pull the wire tight with pliers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Using safety wire pliers to pull the wire tight after threading it through the bolt head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Inspect the tightness of the wire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Inspecting the tightness of the safety wire after pulling it with pliers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Secure the tag end and final tightening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Bringing the tag end around and pulling it tight with pliers, preparing for final twisting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Check the completed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Completed section of safety wire with tag end positioned, bolts secured, and wire tightly twisted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Twist the tag end (pigtail) in the opposite direction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Hand-twisting the tag end (pigtail) of the safety wire in the opposite direction, using pliers for precision, with the wire aligned to the bolt hole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Cut the excess wire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Cutting the excess pigtail of the safety wire close to the bolt head using pliers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Tuck and secure the pigtail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22. Perform a final inspection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Completed safety wire installation on the propeller hub, all bolts secured, wires tight, and pigtails neatly tucked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23. Confirm completion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view of the completed safety wire job, all bolts secured and installation finished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notes and verification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pn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