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Remove a Rivet: Three Proven Methods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Secure the workpiece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metal L-bracket clamped in a vise with six rivets visible. On-screen text: "Three ways to remove the rivets."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Review the drill and grinder tools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cordless drill with a drill bit and an angle grinder on a metal workbench. On-screen text: "Drill."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Review the hammer and chisel tools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hammer, flathead screwdriver, and chisel on a metal workbench. On-screen text: "Hammer and chisel or the like."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Method 1: Remove a rivet with a drill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Drill the rivet head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drill bit positioned on the center of a rivet head, ready to drill. On-screen text: "Drill."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Verify rivet removal by drilling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giving a thumbs up after drilling out the rivets. The workpiece is still clamped in the vise.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Method 2: Remove a rivet with a grinder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Align the grinder with the rivet head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finger pointing to a rivet head, with an angle grinder positioned nearby. On-screen text: "Grinding."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Grind the rivet head flush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workpiece after grinding, showing removed rivet heads and a smooth surface. On-screen text: "Grinding."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Method 3: Remove a rivet with a hammer and chisel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Complete an initial pass with the hammer and chisel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workpiece after using a hammer and chisel, with rivet heads removed and tool marks visible. On-screen text: "Hammer and chisel or the like."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Position the chisel at the rivet edge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chisel or screwdriver positioned at the edge of a rivet head on a metal L-bracket clamped in a vise, with tool marks visible from previous removals. On-screen text: "Hammer and chisel or the like."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Shear off the rivet head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rivet head sheared off, leaving a rough hole and metal debris. The chisel or screwdriver is no longer in frame.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Clear remaining debris from the hole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chisel or screwdriver inserted into the rivet hole to remove remaining metal debris. On-screen text: "Hammer and chisel or the like."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Continue with additional rivets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hammer positioned near the workpiece, ready to strike the chisel or screwdriver, with several rivet holes and tool marks visible. On-screen text: "Hammer and chisel or the like."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Inspect the workpiece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inspecting the workpiece, checking the rivet holes for remaining debris. On-screen text: "Hammer and chisel or the like."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Confirm all rivets removed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workpiece after all rivet heads have been removed, showing clean holes and tool marks, with the L-bracket still clamped in the vise. On-screen text: "Hammer and chisel or the like."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Finish the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state showing all rivet heads removed, holes clear, and the workpiece ready for further use. On-screen text: "Hammer and chisel or the like."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