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View Your Pay Stubs in ADP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Go to the ADP website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hyperlink r:id="rId9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9">
          <w:r>
            <w:rPr/>
            <w:t>d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9">
          <w:r>
            <w:rPr/>
            <w:t>p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9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9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9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9">
          <w:r>
            <w:rPr/>
            <w:t>m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homepage with navigation menu and a Sign In button, along with a banner about HR and payroll solutions.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Sign in to your account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homepage with the Sign In button highlighted in the upper right corner.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Select your employment status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sign-in options screen with "My former employer uses ADP" selected and the Next button visible at the bottom.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Enter your personal information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Identity verification form requesting First Name, Last Name, Date of Birth, and Social Security Number.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Enter your mobile phone number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requesting a personal mobile phone number for identity verification.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Verify your phone number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with the Verify Phone Number button highlighted after the mobile number has been entered.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Enter the verification code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Review the terms and conditions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Terms and Conditions screen with Accept and Decline buttons.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Accept the terms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Terms and Conditions screen with the Accept button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Open the Download Statements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Download Statements page showing a list of pay statements with employer names and pay dates, with the Pay Statements tab selected.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Open a specific pay statement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Cursor pointing to the arrow icon next to a specific pay statement entry.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Download a single pay statement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Download all pay statements at once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Download Statements page with the "Download All (5)" button highlighted at the bottom, showing the pay statements list and page navigation.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View and download individual statements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 statement document view with Close and Download buttons at the bottom; statement details are blurred for privacy.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Exit the Download Statements page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adp.com" TargetMode="Externa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