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Request Time Off in ADP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Steps to request time off in ADP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Access the ADP home screen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744892" cy="72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44892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home screen showing user greeting, clock, pay statement, recommended actions, and status section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View your time off balances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744892" cy="72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44892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Time Off screen showing balances for Sick Time and Vacation, with the Request time off button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Start a new time off request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744892" cy="720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44892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Request Time Off screen with options for Sick Time, Unpaid Time Off, and Vacation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Enter the time off details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744892" cy="720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44892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Request Time Off form with Vacation selected, showing date and hour fields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Add a comment (optional)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744892" cy="72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44892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Request Time Off form with comment field filled in as "Family Trip"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Add another request (optional)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Review and submit your request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&amp;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744892" cy="720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44892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Completed Request Time Off form with Vacation, dates, hours, and comment, ready to submit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Review your time off request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&amp;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744892" cy="720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44892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Request Time Off form with all fields filled in and the Review &amp; submit button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Submit your time off request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&amp;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744892" cy="720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44892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Review &amp; submit screen showing the vacation request summary and the Submit request button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Return to the Time Off screen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744892" cy="7200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44892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Time Off screen showing updated balances and the View time off requests button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View pending time off requests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744892" cy="7200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44892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Time Off Requests screen showing multiple pending requests, including the new vacation request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Filter and review request history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744892" cy="7200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44892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Time Off Requests screen with filters for Pending, Cancelled, and Rejected requests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Return to the home screen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744892" cy="7200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44892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home screen showing the status of a recent time off request as Pending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How to cancel a time off request in ADP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Open the request you want to cancel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744892" cy="7200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44892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Time Off Requests screen showing multiple pending requests, including a vacation request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Initiate the cancellation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744892" cy="7200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44892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Request details screen with the Cancel time off button and confirmation dialog, including options to add a comment or confirm cancellation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16. Verify the cancellation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744892" cy="7200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44892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Time Off Requests screen showing the updated list with the canceled request removed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9"/>
      <w:foot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header" Target="header1.xm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