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Process Payroll in ADP: A Step-by-Step Guide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Log in and view the home dashboard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RUN Powered by ADP home dashboard with navigation sidebar, search bar, quick shortcuts, upcoming payroll, and top to-dos visible.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Review upcoming payroll and top to-dos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Upcoming Payroll and Top To-Dos section with actionable buttons and notifications.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Stay informed with automated notifications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Top To-Dos panel showing overdue payroll and employee update tasks.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Explore additional dashboard insights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&amp;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Dashboard lower section with business growth tools, recent payroll graph, and calendar widget.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Access the payroll feature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Payroll options screen with all available payroll-related actions listed.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Use off-cycle payroll and calculate checks features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Payroll options screen with cursor highlighting "Calculate checks" and "Run off-cycle payroll" options.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Process payroll in ADP by entering employee pay details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Payroll entry screen showing employee pay details, pay period, check date, and spreadsheet-style columns for hours, salary, and bonuses.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Customize payroll entries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Payroll entry screen with editable fields for hours, salary, bonuses, and tips for each employee.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Review the pay period and flagged new hires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Payroll entry screen showing pay period, check date, and notification for outstanding new hires.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Enter regular hours for each employee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Editing employee pay details, including manually entering regular hours for each employee.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Review updated totals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Payroll entry screen after updating regular hours for employees, showing updated totals.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Enter 1099 contractor payroll details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1099 contractor payroll entry screen with hours and compensation amount entered for Timmy Thompson.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Preview payroll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Payroll entry screen with step indicator showing "1. Enter Payroll" and "2. Preview Payroll" as the next step.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14: Review payroll warnings and address issues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Payroll preview screen with warning dialog about a terminated employee being paid for the full period, payroll summary, and employee pay details.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15: Confirm the payroll warning decision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Payroll warning dialog showing terminated employee being paid for full period, with options to ignore or fix.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16: Confirm the payroll period and cash required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Payroll summary with cash required, payroll dates, employee details, and totals.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17: Verify bank account readiness and review payroll totals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Payroll summary showing totals for payrun, cash required, and detailed breakdown.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18: Run and download payroll reports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Payroll summary with Reports button highlighted, ready to generate payroll reports.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19: Review the final payroll summary before approval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→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Payroll summary screen with employee details, totals, and Approve button highlighted.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20: Submit payroll and view the confirmation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!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→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Payroll submission confirmation screen with Success message and payroll summary.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21: Return to the dashboard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→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ADP RUN dashboard with upcoming payroll, payroll actions, and to-dos.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22: Navigate to payroll features for the next cycle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Payroll tab selected and Run Payroll button highlighted on dashboard.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27"/>
      <w:footerReference w:type="default" r:id="rId2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header" Target="header1.xm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