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Change Your Tax Withholding in ADP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Changing your federal tax withholding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Access ADP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login screen with the User ID field filled in, showing "Sign in to ADP" and the "Next" button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Log in to your account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login screen with User ID and password entered and the "Sign In" button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Navigate to the Pay section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dashboard showing the "Things To Do," "Work Perks," "Pay," and "Your Profile" sections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Scroll to the tax withholding section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Pay page with the "Tax Withholding" section expanded, showing options for Federal and various states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Verify your identity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Begin the W-4 federal tax withholding process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Federal Tax Withholding (W-4) introduction screen with instructions and a link to the IRS estimator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Select your filing status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W-4 filing status selection screen with three options and explanatory text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Enter dependent and credit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W-4 screen for income, dependents, and tax credits, with input fields and explanatory text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Specify additional withholding amounts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W-4 adjustments screen with fields for additional withholding, a deduction worksheet, and a multiple jobs worksheet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Review your W-4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W-4 summary screen showing the completed form with personal information, filing status, and extra withholding amount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Electronically sign and submit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W-4 form signature section with the employee signature field and certification checkbox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Changing your Michigan state tax withholding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Review your federal withholding changes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Pay page showing the Tax Withholding summary under Federal, including filing status and additional withholding amount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Begin the Michigan state withholding update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Select your city, if applicable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Michigan Tax Withholding (MI-W4) screen prompting for city selection, if applicable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Verify and update your personal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Michigan Tax Withholding (MI-W4) screen with a personal information prompt and city selection dropdown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Indicate new hire status, exemption, and exemptions claimed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Michigan Tax Withholding (MI-W4) screen asking about exemptions and providing guidance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Specify an additional withholding amount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Michigan Tax Withholding (MI-W4) screen with a field for additional withholding amount and guidance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Review the Michigan W-4 instructions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Michigan Tax Withholding (MI-W4) instructions and legal information screen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Electronically sign and submit the Michigan W-4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Electronic Signature popup for the Michigan W-4, showing the certification checkbox, signature field, and Submit button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Review and confirm your Michigan withholding changes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Pay page with the Tax Withholding section, showing dropdowns for Federal, Alaska, Florida, and Michigan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Contact your employer for assistance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Pay page showing the Tax Withholding, Go Paperless, Direct Deposit, and Tax Statements sections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nline.adp.com" TargetMode="Externa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