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Change Your Direct Deposit in ADP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ADP portal login page showing direct deposit setup instructions, the navigation bar, and a banner highlighting the benefits of direct deposit.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ADP portal displaying the navigation menu and available options for setting up direct deposit.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Access the ADP portal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Navigate to direct deposit settings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Add or update your bank account information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ADP portal screen with input fields for entering bank information as part of the direct deposit setup process.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Choose your deposit amount option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Wait for verification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Understand direct deposit verification timing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ADP portal showing the verification step after bank information has been entered for direct deposit.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Confirm your direct deposit change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ADP page explaining the payroll processing workflow, including gathering employee information, uploading data, syncing direct deposit with the payroll schedule, and processing payroll.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Troubleshooting and tips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Benefits of direct deposit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ADP page listing the benefits of direct deposit for employees, including speed, security, convenience, accuracy, and flexibility.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ADP web page with "Subscribed" and notification bell icons, reinforcing the call to subscribe for more payroll tips. Direct deposit benefits for employees and employers are listed.</w:t>
      </w:r>
    </w:p>
    <w:p>
      <w:pPr/>
      <w:r>
        <w:br w:type="page"/>
      </w:r>
    </w:p>
    <w:sectPr w:rsidR="00FC693F" w:rsidRPr="0006063C" w:rsidSect="00034616">
      <w:headerReference w:type="default" r:id="rId13"/>
      <w:footerReference w:type="defaul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